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קשר בין משפטים (תוספת, ניגוד, סיבה, תוצאה, תכלית, זמן, תנאי)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מילת קישור מתאימה להשלמת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תוך שימוש נכון במילות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תכלית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תוספת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אולם מציינת הבדל או סתירה בין שני 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כאשר מבטאת זמן, לא תנאי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למשל: עקב הגשם, עקב המחלה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לפיכך מבטאת תוצאה, לא תוספת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הואיל ו מסבירה את הסיבה לדבר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לבל מציינת מטרה שרוצים למנוע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לפני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מילת קישור לסוג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(תכלית)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(תנאי)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עם 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תקינים, כל אחד עם מילת קישור מתאימה לסוג הקשר שנבחר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פסקה הגיונית עם לפחות ארבעה סוגי קשר שונים (למשל תוספת, ניגוד, סיבה, תכלית)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לדוגמה נכונה כמו אבל, אולם, ואילו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למילת סיבה כמו כי, מפני ש, מאחר 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סיבה מסבירה למה קרה דבר מה, תוצאה מראה מה קרה בעקבות 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טבלת מילות הקישור מהדף כעזר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לקרוא את המשפט בקול רם כדי לבדוק אם מילת הקישור 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להחליף פסקאות ולבדוק זה את 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קישור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מילת קישור היא מילה שמחברת בין שני משפטים. היא עוזרת להבין למה דברים קורים, מתי, ולמה.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שני משפטים או רעיונות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תוספת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מידע נוסף, כמו וגם, בנוסף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או סתירה, כמו אבל, אולם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למה משהו קורה, כמו כי, מפני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בעקבות דבר מה, כמו 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פעולה, כמו כדי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משהו קורה, כמו כאשר, לפני 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שצריך להתקיים, כמו אם, אילו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מראה הבדל בין שני דברים?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וגם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מילת הקישור 'מפני ש' מסבירה 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הקישור 'לכן' מראה מה קרה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הקישור 'אילו' מראה מצב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הקישור 'כדי ש' מראה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מילת הקישור 'בנוסף' מוסיפה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תוספת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'אולם' מבטאת ניגוד.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'כאשר' מבטאת תנאי.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'עקב' באה לפני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'לפיכך' מבטאת תוספת.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'הואיל ו' מבטאת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'לבל' מבטאת תכלית.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דני התאמן הרבה __________ הוא רצה לנצח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ירד גשם היום, __________ היה שמש נעימה.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היא הייתה עייפה __________ ישנה מעט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נתכונן לקראת הטיול __________ נצא לדרך.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התאמן קשה, __________ הוא ניצח בתחרות.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נלך לים __________ מזג האוויר יהיה טוב.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מילת קישור לסוג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תנאי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משום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 לכך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תכלית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 מנת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מיד כש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בתנאי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ניגוד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עם 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על יום לימודים, כל משפט עם מילת קישור מסוג אחר (למשל סיבה, תוצאה, זמן).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המתארת טיול, ושלבו בה לפחות ארבעה סוגים שונים של מילות קישור.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המבטאת ניגוד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הוא איחר לבית הספר ___ התעורר מאוחר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מילת קישור של סיבה לבין מילת קישור של תוצאה?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קישור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