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 בין משפטים (תוספת, ניגוד, סיבה, תוצאה,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מילת קישור 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אולם מציינת הבדל או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כאשר מבטאת זמן, לא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עקב הגשם, עקב המחלה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לפיכך מבטאת תוצאה, לא תוספת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הואיל ו מסבירה את הסיבה לדבר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לבל מציינת מטרה שרוצים למנוע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עם מילת קישור מתאימה לסוג הקשר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הגיונית עם לפחות ארבעה סוגי קשר שונים (למשל תוספת, ניגוד, סיבה,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נכונה כמו אבל,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למילת סיבה כמו כי, מפני ש, מאחר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מה, תוצאה מראה מה קרה בעקבות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מילות הקישור מהדף כעזר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לקרוא את המשפט בקול רם כדי לבדוק אם מילת הקישור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להחליף פסקאות ולבדוק זה את 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קישור מחברות בין משפטים ועוזרות להבין את היחס ביניהם – האם זו תוספת, ניגוד, סיבה, תוצאה, תכלית, זמן או תנאי. בדף זה נתרגל זיהוי ושימוש נכון במילות הקישור.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קישור מבטאת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הקישור 'מפני ש'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'לכן'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הקישור 'אילו'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'כדי ש'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מילת הקישור 'בנוסף' מבטאת קשר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'אולם'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'כאשר' מבטאת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'עקב' באה לפני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'לפיכך' מבטאת תוספת.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'הואיל ו' מבטאת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'לבל' מבטאת תכלית.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התאמן הרבה __________ הוא רצה לנצח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ירד גשם היום, __________ היה שמש 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הייתה עייפה __________ ישנה מעט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נתכונן לקראת הטיול __________ נצא לדרך.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התאמן קשה, __________ הוא ניצח בתחרות.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נלך לים __________ מזג האוויר יהיה טוב.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 לכך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 מנת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 כש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בתנאי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יום לימודים, כל משפט עם מילת קישור מסוג אחר (למשל סיבה, תוצאה, זמן).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טיול, ושלבו בה לפחות ארבעה סוגים שונים של מילות קישור.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הוא איחר לבית הספר ___ התעורר מאוחר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מילת קישור של סיבה לבין מילת קישור של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